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645"/>
        <w:gridCol w:w="3642"/>
        <w:gridCol w:w="3647"/>
      </w:tblGrid>
      <w:tr w:rsidR="00581F42" w:rsidRPr="00E17DAF">
        <w:trPr>
          <w:jc w:val="center"/>
        </w:trPr>
        <w:tc>
          <w:tcPr>
            <w:tcW w:w="364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581F42" w:rsidRPr="00E17DAF" w:rsidRDefault="00581F42" w:rsidP="00581F42">
            <w:pPr>
              <w:spacing w:after="40"/>
              <w:rPr>
                <w:rFonts w:ascii="Trebuchet MS" w:hAnsi="Trebuchet MS"/>
                <w:b/>
                <w:sz w:val="17"/>
              </w:rPr>
            </w:pPr>
            <w:bookmarkStart w:id="0" w:name="_GoBack"/>
            <w:proofErr w:type="spellStart"/>
            <w:r w:rsidRPr="00E17DAF">
              <w:rPr>
                <w:rFonts w:ascii="Trebuchet MS" w:hAnsi="Trebuchet MS"/>
                <w:sz w:val="17"/>
              </w:rPr>
              <w:t>Județul</w:t>
            </w:r>
            <w:proofErr w:type="spellEnd"/>
            <w:r w:rsidRPr="00E17DAF">
              <w:rPr>
                <w:rFonts w:ascii="Trebuchet MS" w:hAnsi="Trebuchet MS"/>
                <w:sz w:val="17"/>
              </w:rPr>
              <w:t xml:space="preserve">: </w:t>
            </w:r>
            <w:r w:rsidRPr="00E17DAF">
              <w:rPr>
                <w:rFonts w:ascii="Trebuchet MS" w:hAnsi="Trebuchet MS"/>
                <w:b/>
                <w:sz w:val="17"/>
              </w:rPr>
              <w:t>HARGHITA</w:t>
            </w:r>
          </w:p>
          <w:p w:rsidR="00581F42" w:rsidRPr="00E17DAF" w:rsidRDefault="00581F42" w:rsidP="00581F42">
            <w:pPr>
              <w:spacing w:after="40"/>
              <w:rPr>
                <w:rFonts w:ascii="Trebuchet MS" w:hAnsi="Trebuchet MS"/>
              </w:rPr>
            </w:pPr>
            <w:proofErr w:type="spellStart"/>
            <w:r w:rsidRPr="00E17DAF">
              <w:rPr>
                <w:rFonts w:ascii="Trebuchet MS" w:hAnsi="Trebuchet MS"/>
                <w:sz w:val="17"/>
              </w:rPr>
              <w:t>Autoritatea</w:t>
            </w:r>
            <w:proofErr w:type="spellEnd"/>
            <w:r w:rsidRPr="00E17DAF">
              <w:rPr>
                <w:rFonts w:ascii="Trebuchet MS" w:hAnsi="Trebuchet MS"/>
                <w:sz w:val="17"/>
              </w:rPr>
              <w:t xml:space="preserve"> </w:t>
            </w:r>
            <w:proofErr w:type="spellStart"/>
            <w:r w:rsidRPr="00E17DAF">
              <w:rPr>
                <w:rFonts w:ascii="Trebuchet MS" w:hAnsi="Trebuchet MS"/>
                <w:sz w:val="17"/>
              </w:rPr>
              <w:t>administrației</w:t>
            </w:r>
            <w:proofErr w:type="spellEnd"/>
            <w:r w:rsidRPr="00E17DAF">
              <w:rPr>
                <w:rFonts w:ascii="Trebuchet MS" w:hAnsi="Trebuchet MS"/>
                <w:sz w:val="17"/>
              </w:rPr>
              <w:t xml:space="preserve"> </w:t>
            </w:r>
            <w:proofErr w:type="spellStart"/>
            <w:r w:rsidRPr="00E17DAF">
              <w:rPr>
                <w:rFonts w:ascii="Trebuchet MS" w:hAnsi="Trebuchet MS"/>
                <w:sz w:val="17"/>
              </w:rPr>
              <w:t>publice</w:t>
            </w:r>
            <w:proofErr w:type="spellEnd"/>
            <w:r w:rsidRPr="00E17DAF">
              <w:rPr>
                <w:rFonts w:ascii="Trebuchet MS" w:hAnsi="Trebuchet MS"/>
                <w:sz w:val="17"/>
              </w:rPr>
              <w:t xml:space="preserve">: </w:t>
            </w:r>
            <w:r w:rsidRPr="00E17DAF">
              <w:rPr>
                <w:rFonts w:ascii="Trebuchet MS" w:hAnsi="Trebuchet MS"/>
                <w:b/>
                <w:sz w:val="17"/>
              </w:rPr>
              <w:t>COMUNA LĂZAREA</w:t>
            </w:r>
            <w:r w:rsidRPr="00E17DAF">
              <w:rPr>
                <w:rFonts w:ascii="Trebuchet MS" w:hAnsi="Trebuchet MS"/>
                <w:sz w:val="17"/>
              </w:rPr>
              <w:br/>
            </w:r>
            <w:proofErr w:type="spellStart"/>
            <w:r w:rsidRPr="00E17DAF">
              <w:rPr>
                <w:rFonts w:ascii="Trebuchet MS" w:hAnsi="Trebuchet MS"/>
                <w:sz w:val="17"/>
              </w:rPr>
              <w:t>Adresa</w:t>
            </w:r>
            <w:proofErr w:type="spellEnd"/>
            <w:r w:rsidRPr="00E17DAF">
              <w:rPr>
                <w:rFonts w:ascii="Trebuchet MS" w:hAnsi="Trebuchet MS"/>
                <w:sz w:val="17"/>
              </w:rPr>
              <w:t xml:space="preserve"> </w:t>
            </w:r>
            <w:proofErr w:type="spellStart"/>
            <w:r w:rsidRPr="00E17DAF">
              <w:rPr>
                <w:rFonts w:ascii="Trebuchet MS" w:hAnsi="Trebuchet MS"/>
                <w:sz w:val="17"/>
              </w:rPr>
              <w:t>oficială</w:t>
            </w:r>
            <w:proofErr w:type="spellEnd"/>
            <w:r w:rsidRPr="00E17DAF">
              <w:rPr>
                <w:rFonts w:ascii="Trebuchet MS" w:hAnsi="Trebuchet MS"/>
                <w:sz w:val="17"/>
              </w:rPr>
              <w:t xml:space="preserve">: </w:t>
            </w:r>
            <w:proofErr w:type="spellStart"/>
            <w:r w:rsidRPr="00E17DAF">
              <w:rPr>
                <w:rFonts w:ascii="Trebuchet MS" w:hAnsi="Trebuchet MS"/>
                <w:sz w:val="17"/>
              </w:rPr>
              <w:t>sediul</w:t>
            </w:r>
            <w:proofErr w:type="spellEnd"/>
            <w:r w:rsidRPr="00E17DAF">
              <w:rPr>
                <w:rFonts w:ascii="Trebuchet MS" w:hAnsi="Trebuchet MS"/>
                <w:sz w:val="17"/>
              </w:rPr>
              <w:t xml:space="preserve"> / </w:t>
            </w:r>
            <w:proofErr w:type="spellStart"/>
            <w:r w:rsidRPr="00E17DAF">
              <w:rPr>
                <w:rFonts w:ascii="Trebuchet MS" w:hAnsi="Trebuchet MS"/>
                <w:sz w:val="17"/>
              </w:rPr>
              <w:t>telefon</w:t>
            </w:r>
            <w:proofErr w:type="spellEnd"/>
            <w:r w:rsidRPr="00E17DAF">
              <w:rPr>
                <w:rFonts w:ascii="Trebuchet MS" w:hAnsi="Trebuchet MS"/>
                <w:sz w:val="17"/>
              </w:rPr>
              <w:t xml:space="preserve"> / e-mail: </w:t>
            </w:r>
            <w:proofErr w:type="spellStart"/>
            <w:r w:rsidRPr="00E17DAF">
              <w:rPr>
                <w:rFonts w:ascii="Trebuchet MS" w:hAnsi="Trebuchet MS"/>
                <w:b/>
                <w:sz w:val="17"/>
              </w:rPr>
              <w:t>Lăzarea</w:t>
            </w:r>
            <w:proofErr w:type="spellEnd"/>
            <w:r w:rsidRPr="00E17DAF">
              <w:rPr>
                <w:rFonts w:ascii="Trebuchet MS" w:hAnsi="Trebuchet MS"/>
                <w:b/>
                <w:sz w:val="17"/>
              </w:rPr>
              <w:t>, nr.702, primaria.lazarea@yahoo.com</w:t>
            </w:r>
            <w:r w:rsidRPr="00E17DAF">
              <w:rPr>
                <w:rFonts w:ascii="Trebuchet MS" w:hAnsi="Trebuchet MS"/>
                <w:b/>
                <w:sz w:val="17"/>
              </w:rPr>
              <w:br/>
            </w:r>
            <w:r w:rsidRPr="00E17DAF">
              <w:rPr>
                <w:rFonts w:ascii="Trebuchet MS" w:hAnsi="Trebuchet MS"/>
                <w:sz w:val="17"/>
              </w:rPr>
              <w:t xml:space="preserve">CIF: </w:t>
            </w:r>
            <w:r w:rsidRPr="00E17DAF">
              <w:rPr>
                <w:rFonts w:ascii="Trebuchet MS" w:hAnsi="Trebuchet MS"/>
                <w:b/>
                <w:sz w:val="17"/>
              </w:rPr>
              <w:t>4368006</w:t>
            </w:r>
            <w:bookmarkEnd w:id="0"/>
          </w:p>
        </w:tc>
        <w:tc>
          <w:tcPr>
            <w:tcW w:w="364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581F42" w:rsidRPr="00E17DAF" w:rsidRDefault="00581F42" w:rsidP="00E66424">
            <w:pPr>
              <w:spacing w:line="240" w:lineRule="auto"/>
              <w:rPr>
                <w:rFonts w:ascii="Trebuchet MS" w:hAnsi="Trebuchet MS"/>
                <w:b/>
                <w:sz w:val="17"/>
              </w:rPr>
            </w:pPr>
            <w:r w:rsidRPr="00E17DAF">
              <w:rPr>
                <w:rFonts w:ascii="Trebuchet MS" w:hAnsi="Trebuchet MS"/>
                <w:noProof/>
              </w:rPr>
              <w:drawing>
                <wp:anchor distT="0" distB="0" distL="114300" distR="114300" simplePos="0" relativeHeight="251659264" behindDoc="0" locked="0" layoutInCell="1" allowOverlap="1" wp14:anchorId="4F73A8DB" wp14:editId="2321B13A">
                  <wp:simplePos x="0" y="0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522605" cy="752475"/>
                  <wp:effectExtent l="0" t="0" r="0" b="9525"/>
                  <wp:wrapNone/>
                  <wp:docPr id="2" name="Kép 2" descr="C:\Users\Legion\AppData\Local\Microsoft\Windows\INetCache\Content.Word\josa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Legion\AppData\Local\Microsoft\Windows\INetCache\Content.Word\josa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17DAF">
              <w:rPr>
                <w:rFonts w:ascii="Trebuchet MS" w:hAnsi="Trebuchet MS"/>
                <w:b/>
                <w:sz w:val="17"/>
              </w:rPr>
              <w:br/>
            </w:r>
          </w:p>
          <w:p w:rsidR="00581F42" w:rsidRDefault="00581F42" w:rsidP="00E66424">
            <w:pPr>
              <w:spacing w:line="240" w:lineRule="auto"/>
              <w:rPr>
                <w:rFonts w:ascii="Trebuchet MS" w:hAnsi="Trebuchet MS"/>
                <w:b/>
                <w:sz w:val="17"/>
              </w:rPr>
            </w:pPr>
          </w:p>
          <w:p w:rsidR="00E66424" w:rsidRPr="00E17DAF" w:rsidRDefault="00E66424" w:rsidP="00E66424">
            <w:pPr>
              <w:spacing w:line="240" w:lineRule="auto"/>
              <w:rPr>
                <w:rFonts w:ascii="Trebuchet MS" w:hAnsi="Trebuchet MS"/>
                <w:b/>
                <w:sz w:val="17"/>
              </w:rPr>
            </w:pPr>
          </w:p>
          <w:p w:rsidR="00581F42" w:rsidRPr="00E17DAF" w:rsidRDefault="00581F42" w:rsidP="00E66424">
            <w:pPr>
              <w:spacing w:line="240" w:lineRule="auto"/>
              <w:jc w:val="center"/>
              <w:rPr>
                <w:rFonts w:ascii="Trebuchet MS" w:hAnsi="Trebuchet MS"/>
              </w:rPr>
            </w:pPr>
            <w:r w:rsidRPr="00E17DAF">
              <w:rPr>
                <w:rFonts w:ascii="Trebuchet MS" w:hAnsi="Trebuchet MS"/>
                <w:b/>
                <w:sz w:val="17"/>
              </w:rPr>
              <w:t xml:space="preserve"> F_CU_02 - </w:t>
            </w:r>
            <w:proofErr w:type="spellStart"/>
            <w:r w:rsidRPr="00E17DAF">
              <w:rPr>
                <w:rFonts w:ascii="Trebuchet MS" w:hAnsi="Trebuchet MS"/>
                <w:b/>
                <w:sz w:val="17"/>
              </w:rPr>
              <w:t>versiunea</w:t>
            </w:r>
            <w:proofErr w:type="spellEnd"/>
            <w:r w:rsidRPr="00E17DAF">
              <w:rPr>
                <w:rFonts w:ascii="Trebuchet MS" w:hAnsi="Trebuchet MS"/>
                <w:b/>
                <w:sz w:val="17"/>
              </w:rPr>
              <w:t xml:space="preserve"> 1.0</w:t>
            </w:r>
          </w:p>
        </w:tc>
        <w:tc>
          <w:tcPr>
            <w:tcW w:w="364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581F42" w:rsidRPr="00E17DAF" w:rsidRDefault="00581F42" w:rsidP="00581F42">
            <w:pPr>
              <w:rPr>
                <w:rFonts w:ascii="Trebuchet MS" w:hAnsi="Trebuchet MS"/>
              </w:rPr>
            </w:pPr>
            <w:proofErr w:type="spellStart"/>
            <w:r w:rsidRPr="00E17DAF">
              <w:rPr>
                <w:rFonts w:ascii="Trebuchet MS" w:hAnsi="Trebuchet MS"/>
                <w:i/>
                <w:sz w:val="16"/>
              </w:rPr>
              <w:t>Număr</w:t>
            </w:r>
            <w:proofErr w:type="spellEnd"/>
            <w:r w:rsidRPr="00E17DAF">
              <w:rPr>
                <w:rFonts w:ascii="Trebuchet MS" w:hAnsi="Trebuchet MS"/>
                <w:i/>
                <w:sz w:val="16"/>
              </w:rPr>
              <w:t xml:space="preserve"> de </w:t>
            </w:r>
            <w:proofErr w:type="spellStart"/>
            <w:r w:rsidRPr="00E17DAF">
              <w:rPr>
                <w:rFonts w:ascii="Trebuchet MS" w:hAnsi="Trebuchet MS"/>
                <w:i/>
                <w:sz w:val="16"/>
              </w:rPr>
              <w:t>înregistrare</w:t>
            </w:r>
            <w:proofErr w:type="spellEnd"/>
            <w:r w:rsidRPr="00E17DAF">
              <w:rPr>
                <w:rFonts w:ascii="Trebuchet MS" w:hAnsi="Trebuchet MS"/>
                <w:i/>
                <w:sz w:val="16"/>
              </w:rPr>
              <w:t>: .....................</w:t>
            </w:r>
            <w:r w:rsidRPr="00E17DAF">
              <w:rPr>
                <w:rFonts w:ascii="Trebuchet MS" w:hAnsi="Trebuchet MS"/>
                <w:i/>
                <w:sz w:val="16"/>
              </w:rPr>
              <w:br/>
              <w:t>Data: ...................................................</w:t>
            </w:r>
          </w:p>
        </w:tc>
      </w:tr>
      <w:tr w:rsidR="00233F71" w:rsidRPr="00E17DAF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33F71" w:rsidRPr="00E17DAF" w:rsidRDefault="00581F42">
            <w:pPr>
              <w:jc w:val="center"/>
              <w:rPr>
                <w:rFonts w:ascii="Trebuchet MS" w:hAnsi="Trebuchet MS"/>
              </w:rPr>
            </w:pPr>
            <w:r w:rsidRPr="00E17DAF">
              <w:rPr>
                <w:rFonts w:ascii="Trebuchet MS" w:hAnsi="Trebuchet MS"/>
                <w:b/>
                <w:sz w:val="21"/>
              </w:rPr>
              <w:t>CERERE PENTRU EMITEREA CERTIFICATULUI DE URBANISM PENTRU OPERAȚIUNI CADASTRALE</w:t>
            </w:r>
          </w:p>
        </w:tc>
      </w:tr>
    </w:tbl>
    <w:p w:rsidR="00233F71" w:rsidRPr="00E17DAF" w:rsidRDefault="00233F71">
      <w:pPr>
        <w:spacing w:after="80"/>
        <w:rPr>
          <w:rFonts w:ascii="Trebuchet MS" w:hAnsi="Trebuchet MS"/>
        </w:rPr>
      </w:pPr>
    </w:p>
    <w:p w:rsidR="00233F71" w:rsidRPr="00E17DAF" w:rsidRDefault="00581F42">
      <w:pPr>
        <w:rPr>
          <w:rFonts w:ascii="Trebuchet MS" w:hAnsi="Trebuchet MS"/>
        </w:rPr>
      </w:pPr>
      <w:r w:rsidRPr="00E17DAF">
        <w:rPr>
          <w:rFonts w:ascii="Trebuchet MS" w:hAnsi="Trebuchet MS"/>
          <w:b/>
        </w:rPr>
        <w:t>1. CĂTRE</w:t>
      </w:r>
    </w:p>
    <w:p w:rsidR="00233F71" w:rsidRPr="00E17DAF" w:rsidRDefault="00581F42">
      <w:pPr>
        <w:rPr>
          <w:rFonts w:ascii="Trebuchet MS" w:hAnsi="Trebuchet MS"/>
        </w:rPr>
      </w:pPr>
      <w:r w:rsidRPr="00E17DAF">
        <w:rPr>
          <w:rFonts w:ascii="Trebuchet MS" w:hAnsi="Trebuchet MS"/>
        </w:rPr>
        <w:t xml:space="preserve">Instituția: </w:t>
      </w:r>
      <w:sdt>
        <w:sdtPr>
          <w:rPr>
            <w:rFonts w:ascii="Trebuchet MS" w:hAnsi="Trebuchet MS"/>
          </w:rPr>
          <w:id w:val="7566377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17DAF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E17DAF">
        <w:rPr>
          <w:rFonts w:ascii="Trebuchet MS" w:hAnsi="Trebuchet MS"/>
          <w:sz w:val="18"/>
        </w:rPr>
        <w:t xml:space="preserve"> primăria municipiului / orașului / comunei</w:t>
      </w:r>
      <w:r w:rsidRPr="00E17DAF">
        <w:rPr>
          <w:rFonts w:ascii="Trebuchet MS" w:hAnsi="Trebuchet MS"/>
        </w:rPr>
        <w:t xml:space="preserve">     </w:t>
      </w:r>
      <w:sdt>
        <w:sdtPr>
          <w:rPr>
            <w:rFonts w:ascii="Trebuchet MS" w:hAnsi="Trebuchet MS"/>
          </w:rPr>
          <w:id w:val="16786113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17DAF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E17DAF">
        <w:rPr>
          <w:rFonts w:ascii="Trebuchet MS" w:hAnsi="Trebuchet MS"/>
          <w:sz w:val="18"/>
        </w:rPr>
        <w:t xml:space="preserve"> primăria de sector</w:t>
      </w:r>
      <w:r w:rsidRPr="00E17DAF">
        <w:rPr>
          <w:rFonts w:ascii="Trebuchet MS" w:hAnsi="Trebuchet MS"/>
        </w:rPr>
        <w:t xml:space="preserve">     </w:t>
      </w:r>
      <w:sdt>
        <w:sdtPr>
          <w:rPr>
            <w:rFonts w:ascii="Trebuchet MS" w:hAnsi="Trebuchet MS"/>
          </w:rPr>
          <w:id w:val="8922369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17DAF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E17DAF">
        <w:rPr>
          <w:rFonts w:ascii="Trebuchet MS" w:hAnsi="Trebuchet MS"/>
          <w:sz w:val="18"/>
        </w:rPr>
        <w:t xml:space="preserve"> consiliul județean</w:t>
      </w:r>
    </w:p>
    <w:p w:rsidR="00C433F7" w:rsidRPr="00E17DAF" w:rsidRDefault="00C433F7">
      <w:pPr>
        <w:spacing w:after="80"/>
        <w:rPr>
          <w:rFonts w:ascii="Trebuchet MS" w:hAnsi="Trebuchet MS"/>
          <w:b/>
          <w:i/>
        </w:rPr>
      </w:pPr>
      <w:r w:rsidRPr="00E17DAF">
        <w:rPr>
          <w:rFonts w:ascii="Trebuchet MS" w:hAnsi="Trebuchet MS"/>
          <w:b/>
          <w:i/>
        </w:rPr>
        <w:t>PRIMĂRIA COMUNEI LĂZAREA</w:t>
      </w:r>
    </w:p>
    <w:p w:rsidR="00233F71" w:rsidRPr="00E17DAF" w:rsidRDefault="00581F42">
      <w:pPr>
        <w:spacing w:after="80"/>
        <w:rPr>
          <w:rFonts w:ascii="Trebuchet MS" w:hAnsi="Trebuchet MS"/>
        </w:rPr>
      </w:pPr>
      <w:proofErr w:type="spellStart"/>
      <w:r w:rsidRPr="00E17DAF">
        <w:rPr>
          <w:rFonts w:ascii="Trebuchet MS" w:hAnsi="Trebuchet MS"/>
          <w:i/>
          <w:sz w:val="16"/>
        </w:rPr>
        <w:t>Cererea</w:t>
      </w:r>
      <w:proofErr w:type="spellEnd"/>
      <w:r w:rsidRPr="00E17DAF">
        <w:rPr>
          <w:rFonts w:ascii="Trebuchet MS" w:hAnsi="Trebuchet MS"/>
          <w:i/>
          <w:sz w:val="16"/>
        </w:rPr>
        <w:t xml:space="preserve"> </w:t>
      </w:r>
      <w:proofErr w:type="spellStart"/>
      <w:r w:rsidRPr="00E17DAF">
        <w:rPr>
          <w:rFonts w:ascii="Trebuchet MS" w:hAnsi="Trebuchet MS"/>
          <w:i/>
          <w:sz w:val="16"/>
        </w:rPr>
        <w:t>va</w:t>
      </w:r>
      <w:proofErr w:type="spellEnd"/>
      <w:r w:rsidRPr="00E17DAF">
        <w:rPr>
          <w:rFonts w:ascii="Trebuchet MS" w:hAnsi="Trebuchet MS"/>
          <w:i/>
          <w:sz w:val="16"/>
        </w:rPr>
        <w:t xml:space="preserve"> fi </w:t>
      </w:r>
      <w:proofErr w:type="spellStart"/>
      <w:r w:rsidRPr="00E17DAF">
        <w:rPr>
          <w:rFonts w:ascii="Trebuchet MS" w:hAnsi="Trebuchet MS"/>
          <w:i/>
          <w:sz w:val="16"/>
        </w:rPr>
        <w:t>transmisă</w:t>
      </w:r>
      <w:proofErr w:type="spellEnd"/>
      <w:r w:rsidRPr="00E17DAF">
        <w:rPr>
          <w:rFonts w:ascii="Trebuchet MS" w:hAnsi="Trebuchet MS"/>
          <w:i/>
          <w:sz w:val="16"/>
        </w:rPr>
        <w:t xml:space="preserve"> către președintele consiliului județean, primarul general, primarul de sector sau primarul municipiului/orașului/comunei, după caz.</w:t>
      </w:r>
    </w:p>
    <w:p w:rsidR="00233F71" w:rsidRPr="00E17DAF" w:rsidRDefault="00581F42">
      <w:pPr>
        <w:rPr>
          <w:rFonts w:ascii="Trebuchet MS" w:hAnsi="Trebuchet MS"/>
        </w:rPr>
      </w:pPr>
      <w:r w:rsidRPr="00E17DAF">
        <w:rPr>
          <w:rFonts w:ascii="Trebuchet MS" w:hAnsi="Trebuchet MS"/>
          <w:b/>
        </w:rPr>
        <w:t>2. SOLICITANTUL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466"/>
        <w:gridCol w:w="5468"/>
      </w:tblGrid>
      <w:tr w:rsidR="00233F71" w:rsidRPr="00E17DAF">
        <w:trPr>
          <w:jc w:val="center"/>
        </w:trPr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233F71" w:rsidRPr="00E17DAF" w:rsidRDefault="00581F42">
            <w:pPr>
              <w:rPr>
                <w:rFonts w:ascii="Trebuchet MS" w:hAnsi="Trebuchet MS"/>
              </w:rPr>
            </w:pPr>
            <w:r w:rsidRPr="00E17DAF">
              <w:rPr>
                <w:rFonts w:ascii="Trebuchet MS" w:hAnsi="Trebuchet MS"/>
                <w:sz w:val="17"/>
              </w:rPr>
              <w:t xml:space="preserve">Nume și prenume: </w:t>
            </w:r>
          </w:p>
        </w:tc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233F71" w:rsidRPr="00E17DAF" w:rsidRDefault="00581F42">
            <w:pPr>
              <w:rPr>
                <w:rFonts w:ascii="Trebuchet MS" w:hAnsi="Trebuchet MS"/>
              </w:rPr>
            </w:pPr>
            <w:r w:rsidRPr="00E17DAF">
              <w:rPr>
                <w:rFonts w:ascii="Trebuchet MS" w:hAnsi="Trebuchet MS"/>
                <w:sz w:val="17"/>
              </w:rPr>
              <w:t xml:space="preserve">CNP: </w:t>
            </w:r>
          </w:p>
        </w:tc>
      </w:tr>
      <w:tr w:rsidR="00233F71" w:rsidRPr="00E17DAF">
        <w:trPr>
          <w:jc w:val="center"/>
        </w:trPr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233F71" w:rsidRPr="00E17DAF" w:rsidRDefault="00581F42">
            <w:pPr>
              <w:rPr>
                <w:rFonts w:ascii="Trebuchet MS" w:hAnsi="Trebuchet MS"/>
              </w:rPr>
            </w:pPr>
            <w:r w:rsidRPr="00E17DAF">
              <w:rPr>
                <w:rFonts w:ascii="Trebuchet MS" w:hAnsi="Trebuchet MS"/>
                <w:sz w:val="17"/>
              </w:rPr>
              <w:t>Act de identitate: Seria ....... Nr. ............</w:t>
            </w:r>
            <w:r w:rsidRPr="00E17DAF">
              <w:rPr>
                <w:rFonts w:ascii="Trebuchet MS" w:hAnsi="Trebuchet MS"/>
                <w:sz w:val="17"/>
              </w:rPr>
              <w:br/>
              <w:t>Eliberat de: ................... La data: .........</w:t>
            </w:r>
          </w:p>
        </w:tc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233F71" w:rsidRPr="00E17DAF" w:rsidRDefault="00581F42">
            <w:pPr>
              <w:rPr>
                <w:rFonts w:ascii="Trebuchet MS" w:hAnsi="Trebuchet MS"/>
              </w:rPr>
            </w:pPr>
            <w:r w:rsidRPr="00E17DAF">
              <w:rPr>
                <w:rFonts w:ascii="Trebuchet MS" w:hAnsi="Trebuchet MS"/>
                <w:sz w:val="17"/>
              </w:rPr>
              <w:t>Domiciliul: Județul ........................................</w:t>
            </w:r>
            <w:r w:rsidRPr="00E17DAF">
              <w:rPr>
                <w:rFonts w:ascii="Trebuchet MS" w:hAnsi="Trebuchet MS"/>
                <w:sz w:val="17"/>
              </w:rPr>
              <w:br/>
              <w:t>Municipiul/orașul/comuna: ...........................</w:t>
            </w:r>
            <w:r w:rsidRPr="00E17DAF">
              <w:rPr>
                <w:rFonts w:ascii="Trebuchet MS" w:hAnsi="Trebuchet MS"/>
                <w:sz w:val="17"/>
              </w:rPr>
              <w:br/>
              <w:t>Sat/sector: .................... Str. ............................</w:t>
            </w:r>
            <w:r w:rsidRPr="00E17DAF">
              <w:rPr>
                <w:rFonts w:ascii="Trebuchet MS" w:hAnsi="Trebuchet MS"/>
                <w:sz w:val="17"/>
              </w:rPr>
              <w:br/>
              <w:t>Nr. .... Sc. .... Et. .... Ap. .... Cod poștal ..........</w:t>
            </w:r>
          </w:p>
        </w:tc>
      </w:tr>
      <w:tr w:rsidR="00233F71" w:rsidRPr="00E17DAF">
        <w:trPr>
          <w:jc w:val="center"/>
        </w:trPr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233F71" w:rsidRPr="00E17DAF" w:rsidRDefault="00581F42">
            <w:pPr>
              <w:rPr>
                <w:rFonts w:ascii="Trebuchet MS" w:hAnsi="Trebuchet MS"/>
              </w:rPr>
            </w:pPr>
            <w:r w:rsidRPr="00E17DAF">
              <w:rPr>
                <w:rFonts w:ascii="Trebuchet MS" w:hAnsi="Trebuchet MS"/>
                <w:sz w:val="17"/>
              </w:rPr>
              <w:t>Telefon/Fax: .......................................</w:t>
            </w:r>
          </w:p>
        </w:tc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233F71" w:rsidRPr="00E17DAF" w:rsidRDefault="00581F42">
            <w:pPr>
              <w:rPr>
                <w:rFonts w:ascii="Trebuchet MS" w:hAnsi="Trebuchet MS"/>
              </w:rPr>
            </w:pPr>
            <w:r w:rsidRPr="00E17DAF">
              <w:rPr>
                <w:rFonts w:ascii="Trebuchet MS" w:hAnsi="Trebuchet MS"/>
                <w:sz w:val="17"/>
              </w:rPr>
              <w:t>E-mail: ....................................................</w:t>
            </w:r>
          </w:p>
        </w:tc>
      </w:tr>
      <w:tr w:rsidR="00233F71" w:rsidRPr="00E17DAF">
        <w:trPr>
          <w:jc w:val="center"/>
        </w:trPr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233F71" w:rsidRPr="00E17DAF" w:rsidRDefault="00581F42">
            <w:pPr>
              <w:rPr>
                <w:rFonts w:ascii="Trebuchet MS" w:hAnsi="Trebuchet MS"/>
              </w:rPr>
            </w:pPr>
            <w:r w:rsidRPr="00E17DAF">
              <w:rPr>
                <w:rFonts w:ascii="Trebuchet MS" w:hAnsi="Trebuchet MS"/>
                <w:sz w:val="17"/>
              </w:rPr>
              <w:t>În calitate de reprezentant al: .....................</w:t>
            </w:r>
          </w:p>
        </w:tc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233F71" w:rsidRPr="00E17DAF" w:rsidRDefault="00581F42">
            <w:pPr>
              <w:rPr>
                <w:rFonts w:ascii="Trebuchet MS" w:hAnsi="Trebuchet MS"/>
              </w:rPr>
            </w:pPr>
            <w:r w:rsidRPr="00E17DAF">
              <w:rPr>
                <w:rFonts w:ascii="Trebuchet MS" w:hAnsi="Trebuchet MS"/>
                <w:sz w:val="17"/>
              </w:rPr>
              <w:t>CUI/CIF: ....................................................</w:t>
            </w:r>
          </w:p>
        </w:tc>
      </w:tr>
    </w:tbl>
    <w:p w:rsidR="00233F71" w:rsidRPr="00E17DAF" w:rsidRDefault="00233F71">
      <w:pPr>
        <w:spacing w:after="60"/>
        <w:rPr>
          <w:rFonts w:ascii="Trebuchet MS" w:hAnsi="Trebuchet MS"/>
        </w:rPr>
      </w:pPr>
    </w:p>
    <w:p w:rsidR="00233F71" w:rsidRPr="00E17DAF" w:rsidRDefault="00CC7996">
      <w:pPr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-1407066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1F42" w:rsidRPr="00E17DAF">
            <w:rPr>
              <w:rFonts w:ascii="Segoe UI Symbol" w:hAnsi="Segoe UI Symbol" w:cs="Segoe UI Symbol"/>
              <w:sz w:val="20"/>
            </w:rPr>
            <w:t>☐</w:t>
          </w:r>
        </w:sdtContent>
      </w:sdt>
      <w:r w:rsidR="00581F42" w:rsidRPr="00E17DAF">
        <w:rPr>
          <w:rFonts w:ascii="Trebuchet MS" w:hAnsi="Trebuchet MS"/>
          <w:sz w:val="18"/>
        </w:rPr>
        <w:t xml:space="preserve"> titular al dreptului de proprietate</w:t>
      </w:r>
      <w:r w:rsidR="00581F42" w:rsidRPr="00E17DAF">
        <w:rPr>
          <w:rFonts w:ascii="Trebuchet MS" w:hAnsi="Trebuchet MS"/>
        </w:rPr>
        <w:t xml:space="preserve">     </w:t>
      </w:r>
      <w:sdt>
        <w:sdtPr>
          <w:rPr>
            <w:rFonts w:ascii="Trebuchet MS" w:hAnsi="Trebuchet MS"/>
          </w:rPr>
          <w:id w:val="-18027559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1F42" w:rsidRPr="00E17DAF">
            <w:rPr>
              <w:rFonts w:ascii="Segoe UI Symbol" w:hAnsi="Segoe UI Symbol" w:cs="Segoe UI Symbol"/>
              <w:sz w:val="20"/>
            </w:rPr>
            <w:t>☐</w:t>
          </w:r>
        </w:sdtContent>
      </w:sdt>
      <w:r w:rsidR="00581F42" w:rsidRPr="00E17DAF">
        <w:rPr>
          <w:rFonts w:ascii="Trebuchet MS" w:hAnsi="Trebuchet MS"/>
          <w:sz w:val="18"/>
        </w:rPr>
        <w:t xml:space="preserve"> împuternicit al titularului</w:t>
      </w:r>
      <w:r w:rsidR="00581F42" w:rsidRPr="00E17DAF">
        <w:rPr>
          <w:rFonts w:ascii="Trebuchet MS" w:hAnsi="Trebuchet MS"/>
        </w:rPr>
        <w:br/>
        <w:t xml:space="preserve">în conformitate cu prevederile Legii nr. 169/2026, solicit emiterea </w:t>
      </w:r>
      <w:r w:rsidR="00581F42" w:rsidRPr="00E17DAF">
        <w:rPr>
          <w:rFonts w:ascii="Trebuchet MS" w:hAnsi="Trebuchet MS"/>
          <w:b/>
        </w:rPr>
        <w:t>CERTIFICATULUI DE URBANISM PENTRU OPERAȚIUNI CADASTRALE</w:t>
      </w:r>
    </w:p>
    <w:p w:rsidR="00233F71" w:rsidRPr="00E17DAF" w:rsidRDefault="00581F42">
      <w:pPr>
        <w:rPr>
          <w:rFonts w:ascii="Trebuchet MS" w:hAnsi="Trebuchet MS"/>
        </w:rPr>
      </w:pPr>
      <w:r w:rsidRPr="00E17DAF">
        <w:rPr>
          <w:rFonts w:ascii="Trebuchet MS" w:hAnsi="Trebuchet MS"/>
          <w:b/>
        </w:rPr>
        <w:t>3. ÎN VEDEREA REALIZĂRII OPERAȚIUNII CADASTRALE:</w:t>
      </w:r>
    </w:p>
    <w:p w:rsidR="00233F71" w:rsidRPr="00E17DAF" w:rsidRDefault="00CC7996">
      <w:pPr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14044093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1F42" w:rsidRPr="00E17DAF">
            <w:rPr>
              <w:rFonts w:ascii="Segoe UI Symbol" w:hAnsi="Segoe UI Symbol" w:cs="Segoe UI Symbol"/>
              <w:sz w:val="20"/>
            </w:rPr>
            <w:t>☐</w:t>
          </w:r>
        </w:sdtContent>
      </w:sdt>
      <w:r w:rsidR="00581F42" w:rsidRPr="00E17DAF">
        <w:rPr>
          <w:rFonts w:ascii="Trebuchet MS" w:hAnsi="Trebuchet MS"/>
          <w:sz w:val="18"/>
        </w:rPr>
        <w:t xml:space="preserve"> comasare (alipire)</w:t>
      </w:r>
      <w:r w:rsidR="00581F42" w:rsidRPr="00E17DAF">
        <w:rPr>
          <w:rFonts w:ascii="Trebuchet MS" w:hAnsi="Trebuchet MS"/>
        </w:rPr>
        <w:t xml:space="preserve">     </w:t>
      </w:r>
      <w:sdt>
        <w:sdtPr>
          <w:rPr>
            <w:rFonts w:ascii="Trebuchet MS" w:hAnsi="Trebuchet MS"/>
          </w:rPr>
          <w:id w:val="1863371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1F42" w:rsidRPr="00E17DAF">
            <w:rPr>
              <w:rFonts w:ascii="Segoe UI Symbol" w:hAnsi="Segoe UI Symbol" w:cs="Segoe UI Symbol"/>
              <w:sz w:val="20"/>
            </w:rPr>
            <w:t>☐</w:t>
          </w:r>
        </w:sdtContent>
      </w:sdt>
      <w:r w:rsidR="00581F42" w:rsidRPr="00E17DAF">
        <w:rPr>
          <w:rFonts w:ascii="Trebuchet MS" w:hAnsi="Trebuchet MS"/>
          <w:sz w:val="18"/>
        </w:rPr>
        <w:t xml:space="preserve"> dezmembrare (dezlipire)</w:t>
      </w:r>
      <w:r w:rsidR="00581F42" w:rsidRPr="00E17DAF">
        <w:rPr>
          <w:rFonts w:ascii="Trebuchet MS" w:hAnsi="Trebuchet MS"/>
        </w:rPr>
        <w:t xml:space="preserve">     </w:t>
      </w:r>
      <w:sdt>
        <w:sdtPr>
          <w:rPr>
            <w:rFonts w:ascii="Trebuchet MS" w:hAnsi="Trebuchet MS"/>
          </w:rPr>
          <w:id w:val="12980359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1F42" w:rsidRPr="00E17DAF">
            <w:rPr>
              <w:rFonts w:ascii="Segoe UI Symbol" w:hAnsi="Segoe UI Symbol" w:cs="Segoe UI Symbol"/>
              <w:sz w:val="20"/>
            </w:rPr>
            <w:t>☐</w:t>
          </w:r>
        </w:sdtContent>
      </w:sdt>
      <w:r w:rsidR="00581F42" w:rsidRPr="00E17DAF">
        <w:rPr>
          <w:rFonts w:ascii="Trebuchet MS" w:hAnsi="Trebuchet MS"/>
          <w:sz w:val="18"/>
        </w:rPr>
        <w:t xml:space="preserve"> înscrierea unor servituți de trecere</w:t>
      </w:r>
      <w:r w:rsidR="00581F42" w:rsidRPr="00E17DAF">
        <w:rPr>
          <w:rFonts w:ascii="Trebuchet MS" w:hAnsi="Trebuchet MS"/>
        </w:rPr>
        <w:br/>
      </w:r>
      <w:sdt>
        <w:sdtPr>
          <w:rPr>
            <w:rFonts w:ascii="Trebuchet MS" w:hAnsi="Trebuchet MS"/>
          </w:rPr>
          <w:id w:val="6815484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1F42" w:rsidRPr="00E17DAF">
            <w:rPr>
              <w:rFonts w:ascii="Segoe UI Symbol" w:hAnsi="Segoe UI Symbol" w:cs="Segoe UI Symbol"/>
              <w:sz w:val="20"/>
            </w:rPr>
            <w:t>☐</w:t>
          </w:r>
        </w:sdtContent>
      </w:sdt>
      <w:r w:rsidR="00581F42" w:rsidRPr="00E17DAF">
        <w:rPr>
          <w:rFonts w:ascii="Trebuchet MS" w:hAnsi="Trebuchet MS"/>
          <w:sz w:val="18"/>
        </w:rPr>
        <w:t xml:space="preserve"> evidențieri de imobile în cartea funciară</w:t>
      </w:r>
      <w:r w:rsidR="00581F42" w:rsidRPr="00E17DAF">
        <w:rPr>
          <w:rFonts w:ascii="Trebuchet MS" w:hAnsi="Trebuchet MS"/>
        </w:rPr>
        <w:t xml:space="preserve">     </w:t>
      </w:r>
      <w:sdt>
        <w:sdtPr>
          <w:rPr>
            <w:rFonts w:ascii="Trebuchet MS" w:hAnsi="Trebuchet MS"/>
          </w:rPr>
          <w:id w:val="-8917237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1F42" w:rsidRPr="00E17DAF">
            <w:rPr>
              <w:rFonts w:ascii="Segoe UI Symbol" w:hAnsi="Segoe UI Symbol" w:cs="Segoe UI Symbol"/>
              <w:sz w:val="20"/>
            </w:rPr>
            <w:t>☐</w:t>
          </w:r>
        </w:sdtContent>
      </w:sdt>
      <w:r w:rsidR="00581F42" w:rsidRPr="00E17DAF">
        <w:rPr>
          <w:rFonts w:ascii="Trebuchet MS" w:hAnsi="Trebuchet MS"/>
          <w:sz w:val="18"/>
        </w:rPr>
        <w:t xml:space="preserve"> reevidențieri de imobile în cartea funciară</w:t>
      </w:r>
      <w:r w:rsidR="00581F42" w:rsidRPr="00E17DAF">
        <w:rPr>
          <w:rFonts w:ascii="Trebuchet MS" w:hAnsi="Trebuchet MS"/>
        </w:rPr>
        <w:br/>
        <w:t>Descrierea operațiunii cadastrale propuse: ....................................................................................................................</w:t>
      </w:r>
    </w:p>
    <w:p w:rsidR="00233F71" w:rsidRPr="00E17DAF" w:rsidRDefault="00581F42">
      <w:pPr>
        <w:rPr>
          <w:rFonts w:ascii="Trebuchet MS" w:hAnsi="Trebuchet MS"/>
        </w:rPr>
      </w:pPr>
      <w:r w:rsidRPr="00E17DAF">
        <w:rPr>
          <w:rFonts w:ascii="Trebuchet MS" w:hAnsi="Trebuchet MS"/>
          <w:b/>
        </w:rPr>
        <w:t>4. IMOBILUL</w:t>
      </w:r>
    </w:p>
    <w:p w:rsidR="00233F71" w:rsidRPr="00E17DAF" w:rsidRDefault="00CC7996">
      <w:pPr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-16246812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1F42" w:rsidRPr="00E17DAF">
            <w:rPr>
              <w:rFonts w:ascii="Segoe UI Symbol" w:hAnsi="Segoe UI Symbol" w:cs="Segoe UI Symbol"/>
              <w:sz w:val="20"/>
            </w:rPr>
            <w:t>☐</w:t>
          </w:r>
        </w:sdtContent>
      </w:sdt>
      <w:r w:rsidR="00581F42" w:rsidRPr="00E17DAF">
        <w:rPr>
          <w:rFonts w:ascii="Trebuchet MS" w:hAnsi="Trebuchet MS"/>
          <w:sz w:val="18"/>
        </w:rPr>
        <w:t xml:space="preserve"> teren</w:t>
      </w:r>
      <w:r w:rsidR="00581F42" w:rsidRPr="00E17DAF">
        <w:rPr>
          <w:rFonts w:ascii="Trebuchet MS" w:hAnsi="Trebuchet MS"/>
        </w:rPr>
        <w:t xml:space="preserve">     </w:t>
      </w:r>
      <w:sdt>
        <w:sdtPr>
          <w:rPr>
            <w:rFonts w:ascii="Trebuchet MS" w:hAnsi="Trebuchet MS"/>
          </w:rPr>
          <w:id w:val="-21426429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1F42" w:rsidRPr="00E17DAF">
            <w:rPr>
              <w:rFonts w:ascii="Segoe UI Symbol" w:hAnsi="Segoe UI Symbol" w:cs="Segoe UI Symbol"/>
              <w:sz w:val="20"/>
            </w:rPr>
            <w:t>☐</w:t>
          </w:r>
        </w:sdtContent>
      </w:sdt>
      <w:r w:rsidR="00581F42" w:rsidRPr="00E17DAF">
        <w:rPr>
          <w:rFonts w:ascii="Trebuchet MS" w:hAnsi="Trebuchet MS"/>
          <w:sz w:val="18"/>
        </w:rPr>
        <w:t xml:space="preserve"> construcții</w:t>
      </w:r>
      <w:r w:rsidR="00581F42" w:rsidRPr="00E17DAF">
        <w:rPr>
          <w:rFonts w:ascii="Trebuchet MS" w:hAnsi="Trebuchet MS"/>
        </w:rPr>
        <w:br/>
        <w:t>Județ: ............................. Municipiu/oraș/comună: ............................. Sat/sector: ............................. Cod poștal: ............</w:t>
      </w:r>
      <w:r w:rsidR="00581F42" w:rsidRPr="00E17DAF">
        <w:rPr>
          <w:rFonts w:ascii="Trebuchet MS" w:hAnsi="Trebuchet MS"/>
        </w:rPr>
        <w:br/>
        <w:t>Strada: ........................................................................ Nr. ........ Bl. ........ sc. ........ et. ........ ap. ........</w:t>
      </w:r>
      <w:r w:rsidR="00581F42" w:rsidRPr="00E17DAF">
        <w:rPr>
          <w:rFonts w:ascii="Trebuchet MS" w:hAnsi="Trebuchet MS"/>
        </w:rPr>
        <w:br/>
        <w:t>Suprafața terenului (m²): ........................ Număr cadastral: ........................ Carte funciară nr.: ........................</w:t>
      </w:r>
    </w:p>
    <w:p w:rsidR="00233F71" w:rsidRPr="00E17DAF" w:rsidRDefault="00581F42">
      <w:pPr>
        <w:rPr>
          <w:rFonts w:ascii="Trebuchet MS" w:hAnsi="Trebuchet MS"/>
        </w:rPr>
      </w:pPr>
      <w:r w:rsidRPr="00E17DAF">
        <w:rPr>
          <w:rFonts w:ascii="Trebuchet MS" w:hAnsi="Trebuchet MS"/>
          <w:b/>
        </w:rPr>
        <w:t>5. SE ANEXEAZĂ:</w:t>
      </w:r>
    </w:p>
    <w:p w:rsidR="00233F71" w:rsidRPr="00E17DAF" w:rsidRDefault="00CC7996">
      <w:pPr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21378317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1F42" w:rsidRPr="00E17DAF">
            <w:rPr>
              <w:rFonts w:ascii="Segoe UI Symbol" w:hAnsi="Segoe UI Symbol" w:cs="Segoe UI Symbol"/>
              <w:sz w:val="20"/>
            </w:rPr>
            <w:t>☐</w:t>
          </w:r>
        </w:sdtContent>
      </w:sdt>
      <w:r w:rsidR="00581F42" w:rsidRPr="00E17DAF">
        <w:rPr>
          <w:rFonts w:ascii="Trebuchet MS" w:hAnsi="Trebuchet MS"/>
          <w:sz w:val="18"/>
        </w:rPr>
        <w:t xml:space="preserve"> documentația cadastrală</w:t>
      </w:r>
      <w:r w:rsidR="00581F42" w:rsidRPr="00E17DAF">
        <w:rPr>
          <w:rFonts w:ascii="Trebuchet MS" w:hAnsi="Trebuchet MS"/>
        </w:rPr>
        <w:t xml:space="preserve">     </w:t>
      </w:r>
      <w:sdt>
        <w:sdtPr>
          <w:rPr>
            <w:rFonts w:ascii="Trebuchet MS" w:hAnsi="Trebuchet MS"/>
          </w:rPr>
          <w:id w:val="-4452341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1F42" w:rsidRPr="00E17DAF">
            <w:rPr>
              <w:rFonts w:ascii="Segoe UI Symbol" w:hAnsi="Segoe UI Symbol" w:cs="Segoe UI Symbol"/>
              <w:sz w:val="20"/>
            </w:rPr>
            <w:t>☐</w:t>
          </w:r>
        </w:sdtContent>
      </w:sdt>
      <w:r w:rsidR="00581F42" w:rsidRPr="00E17DAF">
        <w:rPr>
          <w:rFonts w:ascii="Trebuchet MS" w:hAnsi="Trebuchet MS"/>
          <w:sz w:val="18"/>
        </w:rPr>
        <w:t xml:space="preserve"> plan cu o propunere de comasare/dezmembrare</w:t>
      </w:r>
      <w:r w:rsidR="00581F42" w:rsidRPr="00E17DAF">
        <w:rPr>
          <w:rFonts w:ascii="Trebuchet MS" w:hAnsi="Trebuchet MS"/>
        </w:rPr>
        <w:t xml:space="preserve">     </w:t>
      </w:r>
      <w:sdt>
        <w:sdtPr>
          <w:rPr>
            <w:rFonts w:ascii="Trebuchet MS" w:hAnsi="Trebuchet MS"/>
          </w:rPr>
          <w:id w:val="-20809798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1F42" w:rsidRPr="00E17DAF">
            <w:rPr>
              <w:rFonts w:ascii="Segoe UI Symbol" w:hAnsi="Segoe UI Symbol" w:cs="Segoe UI Symbol"/>
              <w:sz w:val="20"/>
            </w:rPr>
            <w:t>☐</w:t>
          </w:r>
        </w:sdtContent>
      </w:sdt>
      <w:r w:rsidR="00581F42" w:rsidRPr="00E17DAF">
        <w:rPr>
          <w:rFonts w:ascii="Trebuchet MS" w:hAnsi="Trebuchet MS"/>
          <w:sz w:val="18"/>
        </w:rPr>
        <w:t xml:space="preserve"> extras de carte funciară actualizat</w:t>
      </w:r>
      <w:r w:rsidR="00581F42" w:rsidRPr="00E17DAF">
        <w:rPr>
          <w:rFonts w:ascii="Trebuchet MS" w:hAnsi="Trebuchet MS"/>
        </w:rPr>
        <w:br/>
      </w:r>
      <w:sdt>
        <w:sdtPr>
          <w:rPr>
            <w:rFonts w:ascii="Trebuchet MS" w:hAnsi="Trebuchet MS"/>
          </w:rPr>
          <w:id w:val="-1463039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1F42" w:rsidRPr="00E17DAF">
            <w:rPr>
              <w:rFonts w:ascii="Segoe UI Symbol" w:hAnsi="Segoe UI Symbol" w:cs="Segoe UI Symbol"/>
              <w:sz w:val="20"/>
            </w:rPr>
            <w:t>☐</w:t>
          </w:r>
        </w:sdtContent>
      </w:sdt>
      <w:r w:rsidR="00581F42" w:rsidRPr="00E17DAF">
        <w:rPr>
          <w:rFonts w:ascii="Trebuchet MS" w:hAnsi="Trebuchet MS"/>
          <w:sz w:val="18"/>
        </w:rPr>
        <w:t xml:space="preserve"> plan de încadrare în zonă în sistem Stereo 70</w:t>
      </w:r>
      <w:r w:rsidR="00581F42" w:rsidRPr="00E17DAF">
        <w:rPr>
          <w:rFonts w:ascii="Trebuchet MS" w:hAnsi="Trebuchet MS"/>
        </w:rPr>
        <w:t xml:space="preserve">     </w:t>
      </w:r>
      <w:sdt>
        <w:sdtPr>
          <w:rPr>
            <w:rFonts w:ascii="Trebuchet MS" w:hAnsi="Trebuchet MS"/>
          </w:rPr>
          <w:id w:val="17366644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1F42" w:rsidRPr="00E17DAF">
            <w:rPr>
              <w:rFonts w:ascii="Segoe UI Symbol" w:hAnsi="Segoe UI Symbol" w:cs="Segoe UI Symbol"/>
              <w:sz w:val="20"/>
            </w:rPr>
            <w:t>☐</w:t>
          </w:r>
        </w:sdtContent>
      </w:sdt>
      <w:r w:rsidR="00581F42" w:rsidRPr="00E17DAF">
        <w:rPr>
          <w:rFonts w:ascii="Trebuchet MS" w:hAnsi="Trebuchet MS"/>
          <w:sz w:val="18"/>
        </w:rPr>
        <w:t xml:space="preserve"> împuternicirea, dacă este cazul</w:t>
      </w:r>
    </w:p>
    <w:p w:rsidR="00233F71" w:rsidRPr="00E17DAF" w:rsidRDefault="00581F42">
      <w:pPr>
        <w:rPr>
          <w:rFonts w:ascii="Trebuchet MS" w:hAnsi="Trebuchet MS"/>
        </w:rPr>
      </w:pPr>
      <w:r w:rsidRPr="00E17DAF">
        <w:rPr>
          <w:rFonts w:ascii="Trebuchet MS" w:hAnsi="Trebuchet MS"/>
          <w:b/>
        </w:rPr>
        <w:t>6. COMUNICAREA RĂSPUNSULUI</w:t>
      </w:r>
    </w:p>
    <w:p w:rsidR="00233F71" w:rsidRPr="00E17DAF" w:rsidRDefault="00CC7996">
      <w:pPr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-1486000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1F42" w:rsidRPr="00E17DAF">
            <w:rPr>
              <w:rFonts w:ascii="Segoe UI Symbol" w:hAnsi="Segoe UI Symbol" w:cs="Segoe UI Symbol"/>
              <w:sz w:val="20"/>
            </w:rPr>
            <w:t>☐</w:t>
          </w:r>
        </w:sdtContent>
      </w:sdt>
      <w:r w:rsidR="00581F42" w:rsidRPr="00E17DAF">
        <w:rPr>
          <w:rFonts w:ascii="Trebuchet MS" w:hAnsi="Trebuchet MS"/>
          <w:sz w:val="18"/>
        </w:rPr>
        <w:t xml:space="preserve"> în format scris, prin poștă</w:t>
      </w:r>
      <w:r w:rsidR="00581F42" w:rsidRPr="00E17DAF">
        <w:rPr>
          <w:rFonts w:ascii="Trebuchet MS" w:hAnsi="Trebuchet MS"/>
        </w:rPr>
        <w:t xml:space="preserve">     </w:t>
      </w:r>
      <w:sdt>
        <w:sdtPr>
          <w:rPr>
            <w:rFonts w:ascii="Trebuchet MS" w:hAnsi="Trebuchet MS"/>
          </w:rPr>
          <w:id w:val="-12508019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1F42" w:rsidRPr="00E17DAF">
            <w:rPr>
              <w:rFonts w:ascii="Segoe UI Symbol" w:hAnsi="Segoe UI Symbol" w:cs="Segoe UI Symbol"/>
              <w:sz w:val="20"/>
            </w:rPr>
            <w:t>☐</w:t>
          </w:r>
        </w:sdtContent>
      </w:sdt>
      <w:r w:rsidR="00581F42" w:rsidRPr="00E17DAF">
        <w:rPr>
          <w:rFonts w:ascii="Trebuchet MS" w:hAnsi="Trebuchet MS"/>
          <w:sz w:val="18"/>
        </w:rPr>
        <w:t xml:space="preserve"> în format digital, la adresa de e-mail indicată</w:t>
      </w:r>
      <w:r w:rsidR="00581F42" w:rsidRPr="00E17DAF">
        <w:rPr>
          <w:rFonts w:ascii="Trebuchet MS" w:hAnsi="Trebuchet MS"/>
        </w:rPr>
        <w:t xml:space="preserve">     </w:t>
      </w:r>
      <w:sdt>
        <w:sdtPr>
          <w:rPr>
            <w:rFonts w:ascii="Trebuchet MS" w:hAnsi="Trebuchet MS"/>
          </w:rPr>
          <w:id w:val="16048518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1F42" w:rsidRPr="00E17DAF">
            <w:rPr>
              <w:rFonts w:ascii="Segoe UI Symbol" w:hAnsi="Segoe UI Symbol" w:cs="Segoe UI Symbol"/>
              <w:sz w:val="20"/>
            </w:rPr>
            <w:t>☐</w:t>
          </w:r>
        </w:sdtContent>
      </w:sdt>
      <w:r w:rsidR="00581F42" w:rsidRPr="00E17DAF">
        <w:rPr>
          <w:rFonts w:ascii="Trebuchet MS" w:hAnsi="Trebuchet MS"/>
          <w:sz w:val="18"/>
        </w:rPr>
        <w:t xml:space="preserve"> ridicare de la sediul autorității</w:t>
      </w:r>
    </w:p>
    <w:p w:rsidR="00233F71" w:rsidRPr="00E17DAF" w:rsidRDefault="00581F42">
      <w:pPr>
        <w:rPr>
          <w:rFonts w:ascii="Trebuchet MS" w:hAnsi="Trebuchet MS"/>
        </w:rPr>
      </w:pPr>
      <w:r w:rsidRPr="00E17DAF">
        <w:rPr>
          <w:rFonts w:ascii="Trebuchet MS" w:hAnsi="Trebuchet MS"/>
          <w:b/>
        </w:rPr>
        <w:t>7. DATA ȘI SEMNĂTURA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467"/>
        <w:gridCol w:w="5467"/>
      </w:tblGrid>
      <w:tr w:rsidR="00233F71" w:rsidRPr="00E17DAF">
        <w:trPr>
          <w:jc w:val="center"/>
        </w:trPr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33F71" w:rsidRPr="00E17DAF" w:rsidRDefault="00581F42">
            <w:pPr>
              <w:rPr>
                <w:rFonts w:ascii="Trebuchet MS" w:hAnsi="Trebuchet MS"/>
              </w:rPr>
            </w:pPr>
            <w:r w:rsidRPr="00E17DAF">
              <w:rPr>
                <w:rFonts w:ascii="Trebuchet MS" w:hAnsi="Trebuchet MS"/>
                <w:sz w:val="18"/>
              </w:rPr>
              <w:t>Data: ........................................</w:t>
            </w:r>
          </w:p>
        </w:tc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233F71" w:rsidRPr="00E17DAF" w:rsidRDefault="00581F42">
            <w:pPr>
              <w:rPr>
                <w:rFonts w:ascii="Trebuchet MS" w:hAnsi="Trebuchet MS"/>
              </w:rPr>
            </w:pPr>
            <w:r w:rsidRPr="00E17DAF">
              <w:rPr>
                <w:rFonts w:ascii="Trebuchet MS" w:hAnsi="Trebuchet MS"/>
                <w:sz w:val="18"/>
              </w:rPr>
              <w:t>Solicitantul: ........................................</w:t>
            </w:r>
            <w:r w:rsidRPr="00E17DAF">
              <w:rPr>
                <w:rFonts w:ascii="Trebuchet MS" w:hAnsi="Trebuchet MS"/>
                <w:sz w:val="18"/>
              </w:rPr>
              <w:br/>
              <w:t>Semnătura: ........................................</w:t>
            </w:r>
          </w:p>
        </w:tc>
      </w:tr>
    </w:tbl>
    <w:p w:rsidR="00233F71" w:rsidRPr="00E17DAF" w:rsidRDefault="00233F71">
      <w:pPr>
        <w:spacing w:after="80"/>
        <w:rPr>
          <w:rFonts w:ascii="Trebuchet MS" w:hAnsi="Trebuchet MS"/>
        </w:rPr>
      </w:pPr>
    </w:p>
    <w:sectPr w:rsidR="00233F71" w:rsidRPr="00E17DAF" w:rsidSect="00034616">
      <w:pgSz w:w="12240" w:h="15840"/>
      <w:pgMar w:top="576" w:right="648" w:bottom="576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33F71"/>
    <w:rsid w:val="0029639D"/>
    <w:rsid w:val="00326F90"/>
    <w:rsid w:val="00581F42"/>
    <w:rsid w:val="00AA1D8D"/>
    <w:rsid w:val="00B47730"/>
    <w:rsid w:val="00C433F7"/>
    <w:rsid w:val="00CB0664"/>
    <w:rsid w:val="00CC7996"/>
    <w:rsid w:val="00E17DAF"/>
    <w:rsid w:val="00E6642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D0EF882"/>
  <w14:defaultImageDpi w14:val="300"/>
  <w15:docId w15:val="{A478CCD5-9E47-4445-95B8-7C2D1459F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C693F"/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18321DC-EA3D-4463-AE5B-1C977C31D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441</Words>
  <Characters>2518</Characters>
  <Application>Microsoft Office Word</Application>
  <DocSecurity>0</DocSecurity>
  <Lines>20</Lines>
  <Paragraphs>5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2954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Legion</cp:lastModifiedBy>
  <cp:revision>6</cp:revision>
  <dcterms:created xsi:type="dcterms:W3CDTF">2026-09-11T07:33:00Z</dcterms:created>
  <dcterms:modified xsi:type="dcterms:W3CDTF">2026-09-11T09:39:00Z</dcterms:modified>
  <cp:category/>
</cp:coreProperties>
</file>